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Developer Quick-Start Guide: Integrating Push Notifications into Any Page / Feature</w:t>
      </w:r>
    </w:p>
    <w:p>
      <w:pPr>
        <w:jc w:val="center"/>
      </w:pPr>
      <w:r>
        <w:rPr>
          <w:b/>
          <w:color w:val="646E78"/>
        </w:rPr>
        <w:t>Evergreen POS / E-Commerce</w:t>
      </w:r>
    </w:p>
    <w:p>
      <w:r>
        <w:t xml:space="preserve">This guide is for any developer who needs to add push notifications to a </w:t>
      </w:r>
      <w:r>
        <w:rPr>
          <w:b/>
        </w:rPr>
        <w:t>new or existing page, controller, or workflow</w:t>
      </w:r>
      <w:r>
        <w:t xml:space="preserve"> in the Evergreen POS / E-Commerce ecosystem.</w:t>
      </w:r>
    </w:p>
    <w:p>
      <w:pPr>
        <w:pStyle w:val="Heading1"/>
      </w:pPr>
      <w:r>
        <w:t>⚡ The 3 Golden Rules (Read This First)</w:t>
      </w:r>
    </w:p>
    <w:p>
      <w:pPr>
        <w:pStyle w:val="ListNumber"/>
      </w:pPr>
      <w:r/>
      <w:r>
        <w:rPr>
          <w:b/>
        </w:rPr>
        <w:t>Do NOT write Firebase SDK code inside your pages or controllers.</w:t>
      </w:r>
      <w:r/>
    </w:p>
    <w:p>
      <w:r>
        <w:t xml:space="preserve">   All Firebase communication is already abstracted into helper services. You only need to call </w:t>
      </w:r>
      <w:r>
        <w:rPr>
          <w:b/>
        </w:rPr>
        <w:t>1 function</w:t>
      </w:r>
      <w:r>
        <w:t>.</w:t>
      </w:r>
    </w:p>
    <w:p>
      <w:pPr>
        <w:pStyle w:val="ListNumber"/>
      </w:pPr>
      <w:r/>
      <w:r>
        <w:rPr>
          <w:b/>
        </w:rPr>
        <w:t>Staff vs. Customer Separation</w:t>
      </w:r>
      <w:r>
        <w:t>:</w:t>
      </w:r>
    </w:p>
    <w:p>
      <w:pPr>
        <w:pStyle w:val="ListBullet"/>
      </w:pPr>
      <w:r>
        <w:t xml:space="preserve">For </w:t>
      </w:r>
      <w:r>
        <w:rPr>
          <w:b/>
        </w:rPr>
        <w:t>Staff / Admins / Warehouse workers</w:t>
      </w:r>
      <w:r>
        <w:t xml:space="preserve">, use </w:t>
      </w:r>
      <w:r>
        <w:rPr>
          <w:rFonts w:ascii="Consolas" w:hAnsi="Consolas"/>
          <w:color w:val="1F4E79"/>
          <w:sz w:val="18"/>
        </w:rPr>
        <w:t>push.service.js</w:t>
      </w:r>
      <w:r>
        <w:t xml:space="preserve"> or </w:t>
      </w:r>
      <w:r>
        <w:rPr>
          <w:rFonts w:ascii="Consolas" w:hAnsi="Consolas"/>
          <w:color w:val="1F4E79"/>
          <w:sz w:val="18"/>
        </w:rPr>
        <w:t>notifyUsers.js</w:t>
      </w:r>
      <w:r>
        <w:t>.</w:t>
      </w:r>
    </w:p>
    <w:p>
      <w:pPr>
        <w:pStyle w:val="ListBullet"/>
      </w:pPr>
      <w:r>
        <w:t xml:space="preserve">For </w:t>
      </w:r>
      <w:r>
        <w:rPr>
          <w:b/>
        </w:rPr>
        <w:t>E-Commerce Customers</w:t>
      </w:r>
      <w:r>
        <w:t xml:space="preserve">, use </w:t>
      </w:r>
      <w:r>
        <w:rPr>
          <w:rFonts w:ascii="Consolas" w:hAnsi="Consolas"/>
          <w:color w:val="1F4E79"/>
          <w:sz w:val="18"/>
        </w:rPr>
        <w:t>customerPush.service.js</w:t>
      </w:r>
      <w:r>
        <w:t xml:space="preserve"> or </w:t>
      </w:r>
      <w:r>
        <w:rPr>
          <w:rFonts w:ascii="Consolas" w:hAnsi="Consolas"/>
          <w:color w:val="1F4E79"/>
          <w:sz w:val="18"/>
        </w:rPr>
        <w:t>customerOrderEvents.service.js</w:t>
      </w:r>
      <w:r>
        <w:t>.</w:t>
      </w:r>
    </w:p>
    <w:p>
      <w:pPr>
        <w:pStyle w:val="ListNumber"/>
      </w:pPr>
      <w:r/>
      <w:r>
        <w:rPr>
          <w:b/>
        </w:rPr>
        <w:t>Always use relative paths for click targets</w:t>
      </w:r>
      <w:r>
        <w:t xml:space="preserve"> (e.g., </w:t>
      </w:r>
      <w:r>
        <w:rPr>
          <w:rFonts w:ascii="Consolas" w:hAnsi="Consolas"/>
          <w:color w:val="1F4E79"/>
          <w:sz w:val="18"/>
        </w:rPr>
        <w:t>/ordersdetails/123</w:t>
      </w:r>
      <w:r>
        <w:t xml:space="preserve">, never </w:t>
      </w:r>
      <w:r>
        <w:rPr>
          <w:rFonts w:ascii="Consolas" w:hAnsi="Consolas"/>
          <w:color w:val="1F4E79"/>
          <w:sz w:val="18"/>
        </w:rPr>
        <w:t>https://domain.com/...</w:t>
      </w:r>
      <w:r>
        <w:t>).</w:t>
      </w:r>
    </w:p>
    <w:p>
      <w:pPr>
        <w:pStyle w:val="Heading1"/>
      </w:pPr>
      <w:r>
        <w:t>Part 1: Backend Integration (How to Trigger a Notification)</w:t>
      </w:r>
    </w:p>
    <w:p>
      <w:r>
        <w:t>Whenever an action happens in your controller (e.g., button clicked, order updated, ticket created, job assigned):</w:t>
      </w:r>
    </w:p>
    <w:p>
      <w:pPr>
        <w:pStyle w:val="Heading2"/>
      </w:pPr>
      <w:r>
        <w:t>Scenario A: Sending to Staff or Admins (POS / Warehouse)</w:t>
      </w:r>
    </w:p>
    <w:p>
      <w:pPr>
        <w:pStyle w:val="Heading3"/>
      </w:pPr>
      <w:r>
        <w:t>Option 1: Use `push.service.js` (Direct to specific staff members)</w:t>
      </w:r>
    </w:p>
    <w:p>
      <w:r>
        <w:t xml:space="preserve">Use this when you know the </w:t>
      </w:r>
      <w:r>
        <w:rPr>
          <w:rFonts w:ascii="Consolas" w:hAnsi="Consolas"/>
          <w:color w:val="1F4E79"/>
          <w:sz w:val="18"/>
        </w:rPr>
        <w:t>userId</w:t>
      </w:r>
      <w:r>
        <w:t xml:space="preserve"> of the staff member(s) who should receive the alert.</w:t>
      </w:r>
    </w:p>
    <w:p>
      <w:pPr>
        <w:pStyle w:val="CodeBlock"/>
        <w:shd w:fill="F3F5F7"/>
      </w:pPr>
      <w:r>
        <w:t>// In your controller or service:</w:t>
      </w:r>
    </w:p>
    <w:p>
      <w:pPr>
        <w:pStyle w:val="CodeBlock"/>
        <w:shd w:fill="F3F5F7"/>
      </w:pPr>
      <w:r>
        <w:t>const push = require('../../services/push/push.service');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>// Example: Task assigned to warehouse worker</w:t>
      </w:r>
    </w:p>
    <w:p>
      <w:pPr>
        <w:pStyle w:val="CodeBlock"/>
        <w:shd w:fill="F3F5F7"/>
      </w:pPr>
      <w:r>
        <w:t>await push.pushToStaff(dbName, [assignedUserId], {</w:t>
      </w:r>
    </w:p>
    <w:p>
      <w:pPr>
        <w:pStyle w:val="CodeBlock"/>
        <w:shd w:fill="F3F5F7"/>
      </w:pPr>
      <w:r>
        <w:t xml:space="preserve">  title: "New Pick Task Assigned",</w:t>
      </w:r>
    </w:p>
    <w:p>
      <w:pPr>
        <w:pStyle w:val="CodeBlock"/>
        <w:shd w:fill="F3F5F7"/>
      </w:pPr>
      <w:r>
        <w:t xml:space="preserve">  body: `Order #${order.orderId} is ready for picking at Bay A-12.`,</w:t>
      </w:r>
    </w:p>
    <w:p>
      <w:pPr>
        <w:pStyle w:val="CodeBlock"/>
        <w:shd w:fill="F3F5F7"/>
      </w:pPr>
      <w:r>
        <w:t xml:space="preserve">  data: {</w:t>
      </w:r>
    </w:p>
    <w:p>
      <w:pPr>
        <w:pStyle w:val="CodeBlock"/>
        <w:shd w:fill="F3F5F7"/>
      </w:pPr>
      <w:r>
        <w:t xml:space="preserve">    url: `/warehouse/picker`, // Path the browser opens when clicked</w:t>
      </w:r>
    </w:p>
    <w:p>
      <w:pPr>
        <w:pStyle w:val="CodeBlock"/>
        <w:shd w:fill="F3F5F7"/>
      </w:pPr>
      <w:r>
        <w:t xml:space="preserve">    orderId: order.orderId,</w:t>
      </w:r>
    </w:p>
    <w:p>
      <w:pPr>
        <w:pStyle w:val="CodeBlock"/>
        <w:shd w:fill="F3F5F7"/>
      </w:pPr>
      <w:r>
        <w:t xml:space="preserve">  }</w:t>
      </w:r>
    </w:p>
    <w:p>
      <w:pPr>
        <w:pStyle w:val="CodeBlock"/>
        <w:shd w:fill="F3F5F7"/>
      </w:pPr>
      <w:r>
        <w:t>});</w:t>
      </w:r>
    </w:p>
    <w:p>
      <w:pPr>
        <w:pStyle w:val="Heading3"/>
      </w:pPr>
      <w:r>
        <w:t>Option 2: Use `notifyUsers.js` (Multi-channel: Email + SMS + Push based on role)</w:t>
      </w:r>
    </w:p>
    <w:p>
      <w:r>
        <w:t>Use this when notifying all managers, or users who subscribed in "Manage Notifications".</w:t>
      </w:r>
    </w:p>
    <w:p>
      <w:pPr>
        <w:pStyle w:val="CodeBlock"/>
        <w:shd w:fill="F3F5F7"/>
      </w:pPr>
      <w:r>
        <w:t>const notifyUsers = require('../../utils/notifyUsers');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>// Example: High-priority return requested</w:t>
      </w:r>
    </w:p>
    <w:p>
      <w:pPr>
        <w:pStyle w:val="CodeBlock"/>
        <w:shd w:fill="F3F5F7"/>
      </w:pPr>
      <w:r>
        <w:t>await notifyUsers(</w:t>
      </w:r>
    </w:p>
    <w:p>
      <w:pPr>
        <w:pStyle w:val="CodeBlock"/>
        <w:shd w:fill="F3F5F7"/>
      </w:pPr>
      <w:r>
        <w:t xml:space="preserve">  dbName,</w:t>
      </w:r>
    </w:p>
    <w:p>
      <w:pPr>
        <w:pStyle w:val="CodeBlock"/>
        <w:shd w:fill="F3F5F7"/>
      </w:pPr>
      <w:r>
        <w:t xml:space="preserve">  'Return_Requested', // Event name in NotificationSetting</w:t>
      </w:r>
    </w:p>
    <w:p>
      <w:pPr>
        <w:pStyle w:val="CodeBlock"/>
        <w:shd w:fill="F3F5F7"/>
      </w:pPr>
      <w:r>
        <w:t xml:space="preserve">  emailOpts,          // Staff email template</w:t>
      </w:r>
    </w:p>
    <w:p>
      <w:pPr>
        <w:pStyle w:val="CodeBlock"/>
        <w:shd w:fill="F3F5F7"/>
      </w:pPr>
      <w:r>
        <w:t xml:space="preserve">  smsText,            // Staff SMS text</w:t>
      </w:r>
    </w:p>
    <w:p>
      <w:pPr>
        <w:pStyle w:val="CodeBlock"/>
        <w:shd w:fill="F3F5F7"/>
      </w:pPr>
      <w:r>
        <w:t xml:space="preserve">  customerData,       // Optional customer object</w:t>
      </w:r>
    </w:p>
    <w:p>
      <w:pPr>
        <w:pStyle w:val="CodeBlock"/>
        <w:shd w:fill="F3F5F7"/>
      </w:pPr>
      <w:r>
        <w:t xml:space="preserve">  {</w:t>
      </w:r>
    </w:p>
    <w:p>
      <w:pPr>
        <w:pStyle w:val="CodeBlock"/>
        <w:shd w:fill="F3F5F7"/>
      </w:pPr>
      <w:r>
        <w:t xml:space="preserve">    push: {</w:t>
      </w:r>
    </w:p>
    <w:p>
      <w:pPr>
        <w:pStyle w:val="CodeBlock"/>
        <w:shd w:fill="F3F5F7"/>
      </w:pPr>
      <w:r>
        <w:t xml:space="preserve">      title: "Return Request Received",</w:t>
      </w:r>
    </w:p>
    <w:p>
      <w:pPr>
        <w:pStyle w:val="CodeBlock"/>
        <w:shd w:fill="F3F5F7"/>
      </w:pPr>
      <w:r>
        <w:t xml:space="preserve">      body: `Customer requested return for Order #${order.orderId}.`,</w:t>
      </w:r>
    </w:p>
    <w:p>
      <w:pPr>
        <w:pStyle w:val="CodeBlock"/>
        <w:shd w:fill="F3F5F7"/>
      </w:pPr>
      <w:r>
        <w:t xml:space="preserve">      data: { url: `/dashboard/admin-order-view/${order._id}` }</w:t>
      </w:r>
    </w:p>
    <w:p>
      <w:pPr>
        <w:pStyle w:val="CodeBlock"/>
        <w:shd w:fill="F3F5F7"/>
      </w:pPr>
      <w:r>
        <w:t xml:space="preserve">    }</w:t>
      </w:r>
    </w:p>
    <w:p>
      <w:pPr>
        <w:pStyle w:val="CodeBlock"/>
        <w:shd w:fill="F3F5F7"/>
      </w:pPr>
      <w:r>
        <w:t xml:space="preserve">  }</w:t>
      </w:r>
    </w:p>
    <w:p>
      <w:pPr>
        <w:pStyle w:val="CodeBlock"/>
        <w:shd w:fill="F3F5F7"/>
      </w:pPr>
      <w:r>
        <w:t>);</w:t>
      </w:r>
    </w:p>
    <w:p>
      <w:pPr>
        <w:pStyle w:val="Heading2"/>
      </w:pPr>
      <w:r>
        <w:t>Scenario B: Sending to a Customer (Storefront)</w:t>
      </w:r>
    </w:p>
    <w:p>
      <w:pPr>
        <w:pStyle w:val="Heading3"/>
      </w:pPr>
      <w:r>
        <w:t>Option 1: Existing Order Event (Shipping, Cancellation, Refund, Pickup)</w:t>
      </w:r>
    </w:p>
    <w:p>
      <w:r>
        <w:t xml:space="preserve">Call </w:t>
      </w:r>
      <w:r>
        <w:rPr>
          <w:rFonts w:ascii="Consolas" w:hAnsi="Consolas"/>
          <w:color w:val="1F4E79"/>
          <w:sz w:val="18"/>
        </w:rPr>
        <w:t>triggerCustomerOrderEvent</w:t>
      </w:r>
      <w:r>
        <w:t xml:space="preserve"> from </w:t>
      </w:r>
      <w:r>
        <w:rPr>
          <w:rFonts w:ascii="Consolas" w:hAnsi="Consolas"/>
          <w:color w:val="1F4E79"/>
          <w:sz w:val="18"/>
        </w:rPr>
        <w:t>customerOrderEvents.service.js</w:t>
      </w:r>
      <w:r>
        <w:t xml:space="preserve"> — the wording and URLs are already handled!</w:t>
      </w:r>
    </w:p>
    <w:p>
      <w:pPr>
        <w:pStyle w:val="CodeBlock"/>
        <w:shd w:fill="F3F5F7"/>
      </w:pPr>
      <w:r>
        <w:t>const { triggerCustomerOrderEvent } = require('../../services/nursery/customerOrderEvents.service');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>// Supported types: 'SHIPPING_STATUS', 'PAYMENT_UPDATED', 'CANCELLATION_APPROVED',</w:t>
      </w:r>
    </w:p>
    <w:p>
      <w:pPr>
        <w:pStyle w:val="CodeBlock"/>
        <w:shd w:fill="F3F5F7"/>
      </w:pPr>
      <w:r>
        <w:t>// 'REFUND_SENT', 'PICKUP_REMINDER', 'RETURN_READY', etc.</w:t>
      </w:r>
    </w:p>
    <w:p>
      <w:pPr>
        <w:pStyle w:val="CodeBlock"/>
        <w:shd w:fill="F3F5F7"/>
      </w:pPr>
      <w:r>
        <w:t>await triggerCustomerOrderEvent(dbName, order, 'SHIPPING_STATUS', {</w:t>
      </w:r>
    </w:p>
    <w:p>
      <w:pPr>
        <w:pStyle w:val="CodeBlock"/>
        <w:shd w:fill="F3F5F7"/>
      </w:pPr>
      <w:r>
        <w:t xml:space="preserve">  status: 'out_for_delivery' // Automatically generates title &amp; body!</w:t>
      </w:r>
    </w:p>
    <w:p>
      <w:pPr>
        <w:pStyle w:val="CodeBlock"/>
        <w:shd w:fill="F3F5F7"/>
      </w:pPr>
      <w:r>
        <w:t>});</w:t>
      </w:r>
    </w:p>
    <w:p>
      <w:pPr>
        <w:pStyle w:val="Heading3"/>
      </w:pPr>
      <w:r>
        <w:t>Option 2: Custom Customer Push</w:t>
      </w:r>
    </w:p>
    <w:p>
      <w:r>
        <w:t>If you are building a custom customer feature (e.g., loyalty reward, new message):</w:t>
      </w:r>
    </w:p>
    <w:p>
      <w:pPr>
        <w:pStyle w:val="CodeBlock"/>
        <w:shd w:fill="F3F5F7"/>
      </w:pPr>
      <w:r>
        <w:t>const { sendCustomerOrderPush } = require('../../services/nursery/customerPush.service');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>await sendCustomerOrderPush({</w:t>
      </w:r>
    </w:p>
    <w:p>
      <w:pPr>
        <w:pStyle w:val="CodeBlock"/>
        <w:shd w:fill="F3F5F7"/>
      </w:pPr>
      <w:r>
        <w:t xml:space="preserve">  dbName,</w:t>
      </w:r>
    </w:p>
    <w:p>
      <w:pPr>
        <w:pStyle w:val="CodeBlock"/>
        <w:shd w:fill="F3F5F7"/>
      </w:pPr>
      <w:r>
        <w:t xml:space="preserve">  order, // Must have order._id and order.customerId</w:t>
      </w:r>
    </w:p>
    <w:p>
      <w:pPr>
        <w:pStyle w:val="CodeBlock"/>
        <w:shd w:fill="F3F5F7"/>
      </w:pPr>
      <w:r>
        <w:t xml:space="preserve">  type: "CUSTOM_ALERT",</w:t>
      </w:r>
    </w:p>
    <w:p>
      <w:pPr>
        <w:pStyle w:val="CodeBlock"/>
        <w:shd w:fill="F3F5F7"/>
      </w:pPr>
      <w:r>
        <w:t xml:space="preserve">  eventKey: `custom_alert_${Date.now()}`,</w:t>
      </w:r>
    </w:p>
    <w:p>
      <w:pPr>
        <w:pStyle w:val="CodeBlock"/>
        <w:shd w:fill="F3F5F7"/>
      </w:pPr>
      <w:r>
        <w:t xml:space="preserve">  title: "Special Offer Unlocked!",</w:t>
      </w:r>
    </w:p>
    <w:p>
      <w:pPr>
        <w:pStyle w:val="CodeBlock"/>
        <w:shd w:fill="F3F5F7"/>
      </w:pPr>
      <w:r>
        <w:t xml:space="preserve">  body: "You earned 100 bonus loyalty points today.",</w:t>
      </w:r>
    </w:p>
    <w:p>
      <w:pPr>
        <w:pStyle w:val="CodeBlock"/>
        <w:shd w:fill="F3F5F7"/>
      </w:pPr>
      <w:r>
        <w:t xml:space="preserve">  url: `/my-account/loyalty`</w:t>
      </w:r>
    </w:p>
    <w:p>
      <w:pPr>
        <w:pStyle w:val="CodeBlock"/>
        <w:shd w:fill="F3F5F7"/>
      </w:pPr>
      <w:r>
        <w:t>});</w:t>
      </w:r>
    </w:p>
    <w:p>
      <w:pPr>
        <w:pStyle w:val="Heading1"/>
      </w:pPr>
      <w:r>
        <w:t>Part 2: Frontend Integration (What to do on Frontend Pages)</w:t>
      </w:r>
    </w:p>
    <w:p>
      <w:pPr>
        <w:pStyle w:val="Heading2"/>
      </w:pPr>
      <w:r>
        <w:t>In Staff POS / Admin App (`evergreen_pos_fe`)</w:t>
      </w:r>
    </w:p>
    <w:p>
      <w:pPr>
        <w:pStyle w:val="Heading3"/>
      </w:pPr>
      <w:r>
        <w:t>1. On Login / Setup:</w:t>
      </w:r>
    </w:p>
    <w:p>
      <w:r>
        <w:t>You don't need to do anything on individual pages! Token registration is already handled globally in:</w:t>
      </w:r>
    </w:p>
    <w:p>
      <w:pPr>
        <w:pStyle w:val="ListBullet"/>
      </w:pPr>
      <w:r/>
      <w:r>
        <w:rPr>
          <w:rFonts w:ascii="Consolas" w:hAnsi="Consolas"/>
          <w:color w:val="1F4E79"/>
          <w:sz w:val="18"/>
        </w:rPr>
        <w:t>src/pages/Nuresy/Auth/Login.tsx</w:t>
      </w:r>
      <w:r/>
    </w:p>
    <w:p>
      <w:pPr>
        <w:pStyle w:val="ListBullet"/>
      </w:pPr>
      <w:r/>
      <w:r>
        <w:rPr>
          <w:rFonts w:ascii="Consolas" w:hAnsi="Consolas"/>
          <w:color w:val="1F4E79"/>
          <w:sz w:val="18"/>
        </w:rPr>
        <w:t>src/router/mainRouter.tsx</w:t>
      </w:r>
      <w:r/>
    </w:p>
    <w:p>
      <w:r>
        <w:t xml:space="preserve">The moment a user logs in, </w:t>
      </w:r>
      <w:r>
        <w:rPr>
          <w:rFonts w:ascii="Consolas" w:hAnsi="Consolas"/>
          <w:color w:val="1F4E79"/>
          <w:sz w:val="18"/>
        </w:rPr>
        <w:t>enablePush()</w:t>
      </w:r>
      <w:r>
        <w:t xml:space="preserve"> registers their device automatically.</w:t>
      </w:r>
    </w:p>
    <w:p>
      <w:pPr>
        <w:pStyle w:val="Heading3"/>
      </w:pPr>
      <w:r>
        <w:t>2. On Your Specific Page:</w:t>
      </w:r>
    </w:p>
    <w:p>
      <w:r>
        <w:t>If your page wants to display a live popup/toast when an alert arrives while the user is actively viewing your screen:</w:t>
      </w:r>
    </w:p>
    <w:p>
      <w:pPr>
        <w:pStyle w:val="CodeBlock"/>
        <w:shd w:fill="F3F5F7"/>
      </w:pPr>
      <w:r>
        <w:t>import { showWarehouseNotificationOnce } from '../../services/warehouseNotificationDedup';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>// Example: In your component socket listener or data fetch:</w:t>
      </w:r>
    </w:p>
    <w:p>
      <w:pPr>
        <w:pStyle w:val="CodeBlock"/>
        <w:shd w:fill="F3F5F7"/>
      </w:pPr>
      <w:r>
        <w:t>showWarehouseNotificationOnce(eventName, orderId, locationId, {</w:t>
      </w:r>
    </w:p>
    <w:p>
      <w:pPr>
        <w:pStyle w:val="CodeBlock"/>
        <w:shd w:fill="F3F5F7"/>
      </w:pPr>
      <w:r>
        <w:t xml:space="preserve">  message: "New Task Assigned",</w:t>
      </w:r>
    </w:p>
    <w:p>
      <w:pPr>
        <w:pStyle w:val="CodeBlock"/>
        <w:shd w:fill="F3F5F7"/>
      </w:pPr>
      <w:r>
        <w:t xml:space="preserve">  description: `Order #${orderId} was assigned to your bay.`,</w:t>
      </w:r>
    </w:p>
    <w:p>
      <w:pPr>
        <w:pStyle w:val="CodeBlock"/>
        <w:shd w:fill="F3F5F7"/>
      </w:pPr>
      <w:r>
        <w:t xml:space="preserve">  placement: "topRight",</w:t>
      </w:r>
    </w:p>
    <w:p>
      <w:pPr>
        <w:pStyle w:val="CodeBlock"/>
        <w:shd w:fill="F3F5F7"/>
      </w:pPr>
      <w:r>
        <w:t xml:space="preserve">  duration: 6,</w:t>
      </w:r>
    </w:p>
    <w:p>
      <w:pPr>
        <w:pStyle w:val="CodeBlock"/>
        <w:shd w:fill="F3F5F7"/>
      </w:pPr>
      <w:r>
        <w:t xml:space="preserve">  onClick: () =&gt; navigate(`/warehouse/picker`),</w:t>
      </w:r>
    </w:p>
    <w:p>
      <w:pPr>
        <w:pStyle w:val="CodeBlock"/>
        <w:shd w:fill="F3F5F7"/>
      </w:pPr>
      <w:r>
        <w:t>});</w:t>
      </w:r>
    </w:p>
    <w:p>
      <w:pPr>
        <w:pStyle w:val="Heading2"/>
      </w:pPr>
      <w:r>
        <w:t>In Customer Storefront (`evergreenpos_E-commerce_new`)</w:t>
      </w:r>
    </w:p>
    <w:p>
      <w:pPr>
        <w:pStyle w:val="Heading3"/>
      </w:pPr>
      <w:r>
        <w:t>1. Add Push Prompt to Any Screen (e.g. Order Success or Profile Page):</w:t>
      </w:r>
    </w:p>
    <w:p>
      <w:r>
        <w:t>If you want to let customers enable alerts from a custom button on your page:</w:t>
      </w:r>
    </w:p>
    <w:p>
      <w:pPr>
        <w:pStyle w:val="CodeBlock"/>
        <w:shd w:fill="F3F5F7"/>
      </w:pPr>
      <w:r>
        <w:t>import React, { useState } from 'react';</w:t>
      </w:r>
    </w:p>
    <w:p>
      <w:pPr>
        <w:pStyle w:val="CodeBlock"/>
        <w:shd w:fill="F3F5F7"/>
      </w:pPr>
      <w:r>
        <w:t>import { enableCustomerPush, browserAlertsGranted } from '../services/customerPush';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>export const NotificationToggleButton = () =&gt; {</w:t>
      </w:r>
    </w:p>
    <w:p>
      <w:pPr>
        <w:pStyle w:val="CodeBlock"/>
        <w:shd w:fill="F3F5F7"/>
      </w:pPr>
      <w:r>
        <w:t xml:space="preserve">  const [enabled, setEnabled] = useState(browserAlertsGranted());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 xml:space="preserve">  const handleEnable = async () =&gt; {</w:t>
      </w:r>
    </w:p>
    <w:p>
      <w:pPr>
        <w:pStyle w:val="CodeBlock"/>
        <w:shd w:fill="F3F5F7"/>
      </w:pPr>
      <w:r>
        <w:t xml:space="preserve">    const success = await enableCustomerPush();</w:t>
      </w:r>
    </w:p>
    <w:p>
      <w:pPr>
        <w:pStyle w:val="CodeBlock"/>
        <w:shd w:fill="F3F5F7"/>
      </w:pPr>
      <w:r>
        <w:t xml:space="preserve">    if (success) setEnabled(true);</w:t>
      </w:r>
    </w:p>
    <w:p>
      <w:pPr>
        <w:pStyle w:val="CodeBlock"/>
        <w:shd w:fill="F3F5F7"/>
      </w:pPr>
      <w:r>
        <w:t xml:space="preserve">  };</w:t>
      </w:r>
    </w:p>
    <w:p>
      <w:pPr>
        <w:pStyle w:val="CodeBlock"/>
        <w:shd w:fill="F3F5F7"/>
      </w:pPr>
      <w:r>
        <w:t xml:space="preserve"> </w:t>
      </w:r>
    </w:p>
    <w:p>
      <w:pPr>
        <w:pStyle w:val="CodeBlock"/>
        <w:shd w:fill="F3F5F7"/>
      </w:pPr>
      <w:r>
        <w:t xml:space="preserve">  return (</w:t>
      </w:r>
    </w:p>
    <w:p>
      <w:pPr>
        <w:pStyle w:val="CodeBlock"/>
        <w:shd w:fill="F3F5F7"/>
      </w:pPr>
      <w:r>
        <w:t xml:space="preserve">    &lt;button onClick={handleEnable} disabled={enabled}&gt;</w:t>
      </w:r>
    </w:p>
    <w:p>
      <w:pPr>
        <w:pStyle w:val="CodeBlock"/>
        <w:shd w:fill="F3F5F7"/>
      </w:pPr>
      <w:r>
        <w:t xml:space="preserve">      {enabled ? "Notifications Enabled" : "Enable Order Push Alerts"}</w:t>
      </w:r>
    </w:p>
    <w:p>
      <w:pPr>
        <w:pStyle w:val="CodeBlock"/>
        <w:shd w:fill="F3F5F7"/>
      </w:pPr>
      <w:r>
        <w:t xml:space="preserve">    &lt;/button&gt;</w:t>
      </w:r>
    </w:p>
    <w:p>
      <w:pPr>
        <w:pStyle w:val="CodeBlock"/>
        <w:shd w:fill="F3F5F7"/>
      </w:pPr>
      <w:r>
        <w:t xml:space="preserve">  );</w:t>
      </w:r>
    </w:p>
    <w:p>
      <w:pPr>
        <w:pStyle w:val="CodeBlock"/>
        <w:shd w:fill="F3F5F7"/>
      </w:pPr>
      <w:r>
        <w:t>};</w:t>
      </w:r>
    </w:p>
    <w:p>
      <w:pPr>
        <w:pStyle w:val="Heading1"/>
      </w:pPr>
      <w:r>
        <w:t>Part 3: Developer Checklist to Test Any New Integration</w:t>
      </w:r>
    </w:p>
    <w:p>
      <w:pPr>
        <w:pStyle w:val="ListNumber"/>
      </w:pPr>
      <w:r/>
      <w:r>
        <w:rPr>
          <w:b/>
        </w:rPr>
        <w:t>Backend Code</w:t>
      </w:r>
      <w:r>
        <w:t xml:space="preserve">: Did you import </w:t>
      </w:r>
      <w:r>
        <w:rPr>
          <w:rFonts w:ascii="Consolas" w:hAnsi="Consolas"/>
          <w:color w:val="1F4E79"/>
          <w:sz w:val="18"/>
        </w:rPr>
        <w:t>push.service.js</w:t>
      </w:r>
      <w:r>
        <w:t xml:space="preserve"> or </w:t>
      </w:r>
      <w:r>
        <w:rPr>
          <w:rFonts w:ascii="Consolas" w:hAnsi="Consolas"/>
          <w:color w:val="1F4E79"/>
          <w:sz w:val="18"/>
        </w:rPr>
        <w:t>customerPush.service.js</w:t>
      </w:r>
      <w:r>
        <w:t xml:space="preserve"> and call the send function?</w:t>
      </w:r>
    </w:p>
    <w:p>
      <w:pPr>
        <w:pStyle w:val="ListNumber"/>
      </w:pPr>
      <w:r/>
      <w:r>
        <w:rPr>
          <w:b/>
        </w:rPr>
        <w:t>Relative URL</w:t>
      </w:r>
      <w:r>
        <w:t xml:space="preserve">: Is your target URL relative? (e.g., </w:t>
      </w:r>
      <w:r>
        <w:rPr>
          <w:rFonts w:ascii="Consolas" w:hAnsi="Consolas"/>
          <w:color w:val="1F4E79"/>
          <w:sz w:val="18"/>
        </w:rPr>
        <w:t>/ordersdetails/123</w:t>
      </w:r>
      <w:r>
        <w:t xml:space="preserve">, not </w:t>
      </w:r>
      <w:r>
        <w:rPr>
          <w:rFonts w:ascii="Consolas" w:hAnsi="Consolas"/>
          <w:color w:val="1F4E79"/>
          <w:sz w:val="18"/>
        </w:rPr>
        <w:t>http://...</w:t>
      </w:r>
      <w:r>
        <w:t>)</w:t>
      </w:r>
    </w:p>
    <w:p>
      <w:pPr>
        <w:pStyle w:val="ListNumber"/>
      </w:pPr>
      <w:r/>
      <w:r>
        <w:rPr>
          <w:b/>
        </w:rPr>
        <w:t>Trigger</w:t>
      </w:r>
      <w:r>
        <w:t>: Trigger your backend action (e.g., click your button, update status via API).</w:t>
      </w:r>
    </w:p>
    <w:p>
      <w:pPr>
        <w:pStyle w:val="ListNumber"/>
      </w:pPr>
      <w:r/>
      <w:r>
        <w:rPr>
          <w:b/>
        </w:rPr>
        <w:t>Verification</w:t>
      </w:r>
      <w:r>
        <w:t>:</w:t>
      </w:r>
    </w:p>
    <w:p>
      <w:pPr>
        <w:pStyle w:val="ListBullet"/>
      </w:pPr>
      <w:r>
        <w:t xml:space="preserve">Check backend logs: </w:t>
      </w:r>
      <w:r>
        <w:rPr>
          <w:rFonts w:ascii="Consolas" w:hAnsi="Consolas"/>
          <w:color w:val="1F4E79"/>
          <w:sz w:val="18"/>
        </w:rPr>
        <w:t>[push] Staff push sent</w:t>
      </w:r>
      <w:r>
        <w:t xml:space="preserve"> or </w:t>
      </w:r>
      <w:r>
        <w:rPr>
          <w:rFonts w:ascii="Consolas" w:hAnsi="Consolas"/>
          <w:color w:val="1F4E79"/>
          <w:sz w:val="18"/>
        </w:rPr>
        <w:t>[CustomerPush] accepted=1</w:t>
      </w:r>
      <w:r>
        <w:t>.</w:t>
      </w:r>
    </w:p>
    <w:p>
      <w:pPr>
        <w:pStyle w:val="ListBullet"/>
      </w:pPr>
      <w:r>
        <w:t>Tab Open: Toast appears on screen.</w:t>
      </w:r>
    </w:p>
    <w:p>
      <w:pPr>
        <w:pStyle w:val="ListBullet"/>
      </w:pPr>
      <w:r>
        <w:t>Tab Minimized / Background: Native desktop banner appears.</w:t>
      </w:r>
    </w:p>
    <w:p>
      <w:pPr>
        <w:pStyle w:val="ListBullet"/>
      </w:pPr>
      <w:r>
        <w:t>Click banner: Tab opens and navigates directly to your page URL.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C"/>
        <w:sz w:val="16"/>
      </w:rPr>
      <w:t>Evergreen POS / E-Commerce — Developer Quick-Start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8828C"/>
        <w:sz w:val="16"/>
      </w:rPr>
      <w:t>DEVELOPER GUIDE  |  PUSH NOTIFICATIONS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2F559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40"/>
      <w:ind w:left="259"/>
    </w:pPr>
    <w:rPr>
      <w:rFonts w:ascii="Consolas" w:hAnsi="Consolas"/>
      <w:color w:val="232D37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